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2189D" w14:textId="77777777" w:rsidR="006F3020" w:rsidRPr="009A6C0F" w:rsidRDefault="00EF08FF" w:rsidP="009A6C0F">
      <w:pPr>
        <w:spacing w:after="0"/>
        <w:jc w:val="center"/>
        <w:rPr>
          <w:rFonts w:ascii="BIZ UDゴシック" w:eastAsia="BIZ UDゴシック" w:hAnsi="BIZ UDゴシック"/>
          <w:sz w:val="22"/>
          <w:szCs w:val="24"/>
          <w:lang w:eastAsia="ja-JP"/>
        </w:rPr>
      </w:pPr>
      <w:r w:rsidRPr="009A6C0F">
        <w:rPr>
          <w:rFonts w:ascii="BIZ UDゴシック" w:eastAsia="BIZ UDゴシック" w:hAnsi="BIZ UDゴシック"/>
          <w:b/>
          <w:sz w:val="24"/>
          <w:szCs w:val="24"/>
          <w:lang w:eastAsia="ja-JP"/>
        </w:rPr>
        <w:t>白川町地域おこし協力隊（白川ワークドット協同組合受入型）</w:t>
      </w:r>
    </w:p>
    <w:p w14:paraId="2A3710C9" w14:textId="77777777" w:rsidR="006F3020" w:rsidRPr="009A6C0F" w:rsidRDefault="00EF08FF" w:rsidP="009A6C0F">
      <w:pPr>
        <w:spacing w:after="0"/>
        <w:jc w:val="center"/>
        <w:rPr>
          <w:rFonts w:ascii="BIZ UDゴシック" w:eastAsia="BIZ UDゴシック" w:hAnsi="BIZ UDゴシック"/>
          <w:sz w:val="22"/>
          <w:szCs w:val="24"/>
        </w:rPr>
      </w:pPr>
      <w:r w:rsidRPr="009A6C0F">
        <w:rPr>
          <w:rFonts w:ascii="BIZ UDゴシック" w:eastAsia="BIZ UDゴシック" w:hAnsi="BIZ UDゴシック"/>
          <w:b/>
          <w:sz w:val="40"/>
          <w:szCs w:val="24"/>
        </w:rPr>
        <w:t>応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 xml:space="preserve"> 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>募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 xml:space="preserve"> 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>用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 xml:space="preserve"> 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>紙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 xml:space="preserve"> 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>兼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 xml:space="preserve"> 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>履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 xml:space="preserve"> 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>歴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 xml:space="preserve"> </w:t>
      </w:r>
      <w:r w:rsidRPr="009A6C0F">
        <w:rPr>
          <w:rFonts w:ascii="BIZ UDゴシック" w:eastAsia="BIZ UDゴシック" w:hAnsi="BIZ UDゴシック"/>
          <w:b/>
          <w:sz w:val="40"/>
          <w:szCs w:val="24"/>
        </w:rPr>
        <w:t>書</w:t>
      </w:r>
    </w:p>
    <w:p w14:paraId="1D8BA904" w14:textId="77777777" w:rsidR="006F3020" w:rsidRPr="009A6C0F" w:rsidRDefault="00EF08FF" w:rsidP="009A6C0F">
      <w:pPr>
        <w:spacing w:after="0"/>
        <w:jc w:val="right"/>
        <w:rPr>
          <w:rFonts w:ascii="BIZ UDゴシック" w:eastAsia="BIZ UDゴシック" w:hAnsi="BIZ UDゴシック"/>
          <w:sz w:val="22"/>
          <w:szCs w:val="24"/>
        </w:rPr>
      </w:pPr>
      <w:r w:rsidRPr="009A6C0F">
        <w:rPr>
          <w:rFonts w:ascii="BIZ UDゴシック" w:eastAsia="BIZ UDゴシック" w:hAnsi="BIZ UDゴシック"/>
          <w:szCs w:val="24"/>
        </w:rPr>
        <w:t>令和　　年　　月　　日現在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74"/>
        <w:gridCol w:w="3123"/>
        <w:gridCol w:w="1002"/>
        <w:gridCol w:w="1695"/>
        <w:gridCol w:w="2310"/>
      </w:tblGrid>
      <w:tr w:rsidR="006F3020" w:rsidRPr="009A6C0F" w14:paraId="25BE427C" w14:textId="77777777" w:rsidTr="003E4DCD">
        <w:trPr>
          <w:trHeight w:val="422"/>
          <w:jc w:val="center"/>
        </w:trPr>
        <w:tc>
          <w:tcPr>
            <w:tcW w:w="17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DFC88F" w14:textId="77777777" w:rsidR="006F3020" w:rsidRPr="009A6C0F" w:rsidRDefault="00EF08FF" w:rsidP="003E4DCD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proofErr w:type="spellStart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ふりがな</w:t>
            </w:r>
            <w:proofErr w:type="spellEnd"/>
          </w:p>
        </w:tc>
        <w:tc>
          <w:tcPr>
            <w:tcW w:w="5820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1DE213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309" w:type="dxa"/>
            <w:vMerge w:val="restart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9F9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76E1BA" w14:textId="77777777" w:rsidR="006F3020" w:rsidRPr="009A6C0F" w:rsidRDefault="00EF08FF" w:rsidP="009A6C0F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br/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br/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t>写　真　貼　付</w:t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br/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br/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t>（縦</w:t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t>4cm×</w:t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t>横</w:t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t>3cm</w:t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t>）</w:t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br/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br/>
              <w:t xml:space="preserve">1. </w:t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t>上半身正面・脱帽</w:t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br/>
              <w:t xml:space="preserve">2. </w:t>
            </w:r>
            <w:r w:rsidRPr="009A6C0F">
              <w:rPr>
                <w:rFonts w:ascii="BIZ UDゴシック" w:eastAsia="BIZ UDゴシック" w:hAnsi="BIZ UDゴシック"/>
                <w:color w:val="777777"/>
                <w:sz w:val="18"/>
                <w:szCs w:val="24"/>
                <w:lang w:eastAsia="ja-JP"/>
              </w:rPr>
              <w:t>裏面に氏名記入</w:t>
            </w:r>
          </w:p>
        </w:tc>
      </w:tr>
      <w:tr w:rsidR="006F3020" w:rsidRPr="009A6C0F" w14:paraId="3921334A" w14:textId="77777777" w:rsidTr="003E4DCD">
        <w:trPr>
          <w:trHeight w:val="410"/>
          <w:jc w:val="center"/>
        </w:trPr>
        <w:tc>
          <w:tcPr>
            <w:tcW w:w="17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96572" w14:textId="77777777" w:rsidR="006F3020" w:rsidRPr="009A6C0F" w:rsidRDefault="00EF08FF" w:rsidP="003E4DCD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Cs w:val="24"/>
              </w:rPr>
              <w:t>氏　　名</w:t>
            </w:r>
          </w:p>
        </w:tc>
        <w:tc>
          <w:tcPr>
            <w:tcW w:w="5820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857B16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309" w:type="dxa"/>
            <w:vMerge/>
          </w:tcPr>
          <w:p w14:paraId="79CFEF6D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45BD56B0" w14:textId="77777777" w:rsidTr="003E4DCD">
        <w:trPr>
          <w:trHeight w:val="626"/>
          <w:jc w:val="center"/>
        </w:trPr>
        <w:tc>
          <w:tcPr>
            <w:tcW w:w="17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B9801D" w14:textId="77777777" w:rsidR="006F3020" w:rsidRPr="009A6C0F" w:rsidRDefault="00EF08FF" w:rsidP="003E4DCD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proofErr w:type="spellStart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生年月日</w:t>
            </w:r>
            <w:proofErr w:type="spellEnd"/>
          </w:p>
        </w:tc>
        <w:tc>
          <w:tcPr>
            <w:tcW w:w="31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A7BA46" w14:textId="77777777" w:rsidR="003E4DCD" w:rsidRDefault="00EF08FF" w:rsidP="003E4DCD">
            <w:pPr>
              <w:spacing w:after="0"/>
              <w:jc w:val="right"/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年　　月　　</w:t>
            </w:r>
            <w:proofErr w:type="spellStart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日生</w:t>
            </w:r>
            <w:proofErr w:type="spellEnd"/>
          </w:p>
          <w:p w14:paraId="6C74B764" w14:textId="38861A32" w:rsidR="006F3020" w:rsidRPr="009A6C0F" w:rsidRDefault="00EF08FF" w:rsidP="003E4DCD">
            <w:pPr>
              <w:spacing w:after="0"/>
              <w:jc w:val="right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（満　　歳）</w:t>
            </w:r>
          </w:p>
        </w:tc>
        <w:tc>
          <w:tcPr>
            <w:tcW w:w="10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AC75E2" w14:textId="77777777" w:rsidR="006F3020" w:rsidRPr="009A6C0F" w:rsidRDefault="00EF08FF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性　別</w:t>
            </w:r>
          </w:p>
        </w:tc>
        <w:tc>
          <w:tcPr>
            <w:tcW w:w="169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3330FF" w14:textId="77777777" w:rsidR="006F3020" w:rsidRPr="009A6C0F" w:rsidRDefault="00EF08FF" w:rsidP="003E4DCD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男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  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・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  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女</w:t>
            </w:r>
          </w:p>
        </w:tc>
        <w:tc>
          <w:tcPr>
            <w:tcW w:w="2309" w:type="dxa"/>
            <w:vMerge/>
          </w:tcPr>
          <w:p w14:paraId="01EB94EF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5725D3EA" w14:textId="77777777" w:rsidTr="003E4DCD">
        <w:trPr>
          <w:trHeight w:val="410"/>
          <w:jc w:val="center"/>
        </w:trPr>
        <w:tc>
          <w:tcPr>
            <w:tcW w:w="17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B36AD2" w14:textId="77777777" w:rsidR="006F3020" w:rsidRPr="009A6C0F" w:rsidRDefault="00EF08FF" w:rsidP="003E4DCD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18"/>
                <w:szCs w:val="24"/>
              </w:rPr>
              <w:t>現住所ふりがな</w:t>
            </w:r>
          </w:p>
        </w:tc>
        <w:tc>
          <w:tcPr>
            <w:tcW w:w="5820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15AC56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2309" w:type="dxa"/>
            <w:vMerge/>
          </w:tcPr>
          <w:p w14:paraId="43816C55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5B0AD4D2" w14:textId="77777777" w:rsidTr="003E4DCD">
        <w:trPr>
          <w:trHeight w:val="638"/>
          <w:jc w:val="center"/>
        </w:trPr>
        <w:tc>
          <w:tcPr>
            <w:tcW w:w="17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FAC72" w14:textId="386932FB" w:rsidR="006F3020" w:rsidRPr="009A6C0F" w:rsidRDefault="00EF08FF" w:rsidP="003E4DCD">
            <w:pPr>
              <w:spacing w:after="0"/>
              <w:jc w:val="center"/>
              <w:rPr>
                <w:rFonts w:ascii="BIZ UDゴシック" w:eastAsia="BIZ UDゴシック" w:hAnsi="BIZ UDゴシック" w:hint="eastAsia"/>
                <w:sz w:val="22"/>
                <w:szCs w:val="24"/>
                <w:lang w:eastAsia="ja-JP"/>
              </w:rPr>
            </w:pPr>
            <w:r w:rsidRPr="009A6C0F">
              <w:rPr>
                <w:rFonts w:ascii="BIZ UDゴシック" w:eastAsia="BIZ UDゴシック" w:hAnsi="BIZ UDゴシック"/>
                <w:szCs w:val="24"/>
              </w:rPr>
              <w:t>現</w:t>
            </w:r>
            <w:r w:rsidRPr="009A6C0F">
              <w:rPr>
                <w:rFonts w:ascii="BIZ UDゴシック" w:eastAsia="BIZ UDゴシック" w:hAnsi="BIZ UDゴシック"/>
                <w:szCs w:val="24"/>
              </w:rPr>
              <w:t xml:space="preserve"> </w:t>
            </w:r>
            <w:r w:rsidR="009A6C0F" w:rsidRPr="009A6C0F">
              <w:rPr>
                <w:rFonts w:ascii="BIZ UDゴシック" w:eastAsia="BIZ UDゴシック" w:hAnsi="BIZ UDゴシック" w:hint="eastAsia"/>
                <w:szCs w:val="24"/>
                <w:lang w:eastAsia="ja-JP"/>
              </w:rPr>
              <w:t>住 所</w:t>
            </w:r>
          </w:p>
        </w:tc>
        <w:tc>
          <w:tcPr>
            <w:tcW w:w="5820" w:type="dxa"/>
            <w:gridSpan w:val="3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C77597" w14:textId="77777777" w:rsidR="006F3020" w:rsidRPr="009A6C0F" w:rsidRDefault="00EF08FF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〒（　　　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-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　　　）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br/>
            </w:r>
          </w:p>
        </w:tc>
        <w:tc>
          <w:tcPr>
            <w:tcW w:w="2309" w:type="dxa"/>
            <w:vMerge/>
          </w:tcPr>
          <w:p w14:paraId="18F71C71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7E58401F" w14:textId="77777777" w:rsidTr="003E4DCD">
        <w:trPr>
          <w:trHeight w:val="410"/>
          <w:jc w:val="center"/>
        </w:trPr>
        <w:tc>
          <w:tcPr>
            <w:tcW w:w="17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9357DA" w14:textId="77777777" w:rsidR="006F3020" w:rsidRPr="009A6C0F" w:rsidRDefault="00EF08FF" w:rsidP="003E4DCD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proofErr w:type="spellStart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電話番号</w:t>
            </w:r>
            <w:proofErr w:type="spellEnd"/>
          </w:p>
        </w:tc>
        <w:tc>
          <w:tcPr>
            <w:tcW w:w="31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9E1EB0" w14:textId="77777777" w:rsidR="006F3020" w:rsidRPr="009A6C0F" w:rsidRDefault="00EF08FF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（　　　）　　　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-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　　　</w:t>
            </w:r>
          </w:p>
        </w:tc>
        <w:tc>
          <w:tcPr>
            <w:tcW w:w="100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0C0D45" w14:textId="77777777" w:rsidR="006F3020" w:rsidRPr="009A6C0F" w:rsidRDefault="00EF08FF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E-mail</w:t>
            </w:r>
          </w:p>
        </w:tc>
        <w:tc>
          <w:tcPr>
            <w:tcW w:w="4004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65E6E9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7285D636" w14:textId="77777777" w:rsidTr="003E4DCD">
        <w:trPr>
          <w:trHeight w:val="808"/>
          <w:jc w:val="center"/>
        </w:trPr>
        <w:tc>
          <w:tcPr>
            <w:tcW w:w="177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A0F068" w14:textId="77777777" w:rsidR="006F3020" w:rsidRPr="009A6C0F" w:rsidRDefault="00EF08FF" w:rsidP="003E4DCD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proofErr w:type="spellStart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緊急連絡先</w:t>
            </w:r>
            <w:proofErr w:type="spellEnd"/>
          </w:p>
        </w:tc>
        <w:tc>
          <w:tcPr>
            <w:tcW w:w="8130" w:type="dxa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38519" w14:textId="516AE43A" w:rsidR="006F3020" w:rsidRPr="009A6C0F" w:rsidRDefault="00EF08FF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〒（　　　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-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　　　）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br/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住所：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br/>
            </w:r>
            <w:proofErr w:type="spellStart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氏名（続柄</w:t>
            </w:r>
            <w:proofErr w:type="spellEnd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）：　　　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 </w:t>
            </w:r>
            <w:r w:rsidR="003E4DCD">
              <w:rPr>
                <w:rFonts w:ascii="BIZ UDゴシック" w:eastAsia="BIZ UDゴシック" w:hAnsi="BIZ UDゴシック" w:hint="eastAsia"/>
                <w:sz w:val="20"/>
                <w:szCs w:val="24"/>
                <w:lang w:eastAsia="ja-JP"/>
              </w:rPr>
              <w:t xml:space="preserve">　　　　　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　　（　　　）　　</w:t>
            </w:r>
            <w:proofErr w:type="spellStart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電話番号</w:t>
            </w:r>
            <w:proofErr w:type="spellEnd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：</w:t>
            </w:r>
          </w:p>
        </w:tc>
      </w:tr>
    </w:tbl>
    <w:p w14:paraId="1377D66C" w14:textId="77777777" w:rsidR="006F3020" w:rsidRPr="009A6C0F" w:rsidRDefault="006F3020" w:rsidP="009A6C0F">
      <w:pPr>
        <w:spacing w:after="0"/>
        <w:rPr>
          <w:rFonts w:ascii="BIZ UDゴシック" w:eastAsia="BIZ UDゴシック" w:hAnsi="BIZ UDゴシック"/>
          <w:sz w:val="22"/>
          <w:szCs w:val="24"/>
        </w:rPr>
      </w:pPr>
    </w:p>
    <w:p w14:paraId="7769AA00" w14:textId="77777777" w:rsidR="006F3020" w:rsidRPr="009A6C0F" w:rsidRDefault="00EF08FF" w:rsidP="009A6C0F">
      <w:pPr>
        <w:spacing w:after="0"/>
        <w:rPr>
          <w:rFonts w:ascii="BIZ UDゴシック" w:eastAsia="BIZ UDゴシック" w:hAnsi="BIZ UDゴシック"/>
          <w:sz w:val="22"/>
          <w:szCs w:val="24"/>
          <w:lang w:eastAsia="ja-JP"/>
        </w:rPr>
      </w:pPr>
      <w:r w:rsidRPr="009A6C0F">
        <w:rPr>
          <w:rFonts w:ascii="BIZ UDゴシック" w:eastAsia="BIZ UDゴシック" w:hAnsi="BIZ UDゴシック"/>
          <w:b/>
          <w:sz w:val="22"/>
          <w:szCs w:val="24"/>
          <w:lang w:eastAsia="ja-JP"/>
        </w:rPr>
        <w:t xml:space="preserve">■ </w:t>
      </w:r>
      <w:r w:rsidRPr="009A6C0F">
        <w:rPr>
          <w:rFonts w:ascii="BIZ UDゴシック" w:eastAsia="BIZ UDゴシック" w:hAnsi="BIZ UDゴシック"/>
          <w:b/>
          <w:sz w:val="22"/>
          <w:szCs w:val="24"/>
          <w:lang w:eastAsia="ja-JP"/>
        </w:rPr>
        <w:t>学歴・職歴（高校入学以降の学歴、およびすべての職歴を記入してください）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23"/>
        <w:gridCol w:w="857"/>
        <w:gridCol w:w="7673"/>
      </w:tblGrid>
      <w:tr w:rsidR="006F3020" w:rsidRPr="009A6C0F" w14:paraId="316EE2F9" w14:textId="77777777" w:rsidTr="003E4DCD">
        <w:trPr>
          <w:trHeight w:val="345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6EC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BA7C1" w14:textId="77777777" w:rsidR="006F3020" w:rsidRPr="009A6C0F" w:rsidRDefault="00EF08FF" w:rsidP="009A6C0F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年</w:t>
            </w: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6EC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4F645D" w14:textId="77777777" w:rsidR="006F3020" w:rsidRPr="009A6C0F" w:rsidRDefault="00EF08FF" w:rsidP="009A6C0F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月</w:t>
            </w: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6EC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CA280A" w14:textId="77777777" w:rsidR="006F3020" w:rsidRPr="009A6C0F" w:rsidRDefault="00EF08FF" w:rsidP="009A6C0F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>学　歴　・　職　歴（企業名・部署・役職・職務内容）</w:t>
            </w:r>
          </w:p>
        </w:tc>
      </w:tr>
      <w:tr w:rsidR="006F3020" w:rsidRPr="009A6C0F" w14:paraId="60C2E4DC" w14:textId="77777777" w:rsidTr="003E4DCD">
        <w:trPr>
          <w:trHeight w:val="363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062E0C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212FB1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2F6F05" w14:textId="77777777" w:rsidR="006F3020" w:rsidRPr="009A6C0F" w:rsidRDefault="00EF08FF" w:rsidP="009A6C0F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color w:val="666666"/>
                <w:sz w:val="22"/>
                <w:szCs w:val="24"/>
              </w:rPr>
              <w:t>―</w:t>
            </w:r>
            <w:r w:rsidRPr="009A6C0F">
              <w:rPr>
                <w:rFonts w:ascii="BIZ UDゴシック" w:eastAsia="BIZ UDゴシック" w:hAnsi="BIZ UDゴシック"/>
                <w:color w:val="666666"/>
                <w:sz w:val="22"/>
                <w:szCs w:val="24"/>
              </w:rPr>
              <w:t xml:space="preserve">　学　歴　</w:t>
            </w:r>
            <w:r w:rsidRPr="009A6C0F">
              <w:rPr>
                <w:rFonts w:ascii="BIZ UDゴシック" w:eastAsia="BIZ UDゴシック" w:hAnsi="BIZ UDゴシック"/>
                <w:color w:val="666666"/>
                <w:sz w:val="22"/>
                <w:szCs w:val="24"/>
              </w:rPr>
              <w:t>―</w:t>
            </w:r>
          </w:p>
        </w:tc>
      </w:tr>
      <w:tr w:rsidR="006F3020" w:rsidRPr="009A6C0F" w14:paraId="04579D7C" w14:textId="77777777" w:rsidTr="003E4DCD">
        <w:trPr>
          <w:trHeight w:val="380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D2C827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56027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5685CC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78F9FF1A" w14:textId="77777777" w:rsidTr="003E4DCD">
        <w:trPr>
          <w:trHeight w:val="363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413E44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FE9496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972F30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324471F1" w14:textId="77777777" w:rsidTr="003E4DCD">
        <w:trPr>
          <w:trHeight w:val="380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BC9144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1DAB41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FB662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0BC6CB7E" w14:textId="77777777" w:rsidTr="003E4DCD">
        <w:trPr>
          <w:trHeight w:val="380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40811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61BAB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A01809" w14:textId="77777777" w:rsidR="006F3020" w:rsidRPr="009A6C0F" w:rsidRDefault="00EF08FF" w:rsidP="009A6C0F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color w:val="666666"/>
                <w:sz w:val="22"/>
                <w:szCs w:val="24"/>
              </w:rPr>
              <w:t>―</w:t>
            </w:r>
            <w:r w:rsidRPr="009A6C0F">
              <w:rPr>
                <w:rFonts w:ascii="BIZ UDゴシック" w:eastAsia="BIZ UDゴシック" w:hAnsi="BIZ UDゴシック"/>
                <w:color w:val="666666"/>
                <w:sz w:val="22"/>
                <w:szCs w:val="24"/>
              </w:rPr>
              <w:t xml:space="preserve">　職　歴　</w:t>
            </w:r>
            <w:r w:rsidRPr="009A6C0F">
              <w:rPr>
                <w:rFonts w:ascii="BIZ UDゴシック" w:eastAsia="BIZ UDゴシック" w:hAnsi="BIZ UDゴシック"/>
                <w:color w:val="666666"/>
                <w:sz w:val="22"/>
                <w:szCs w:val="24"/>
              </w:rPr>
              <w:t>―</w:t>
            </w:r>
          </w:p>
        </w:tc>
      </w:tr>
      <w:tr w:rsidR="006F3020" w:rsidRPr="009A6C0F" w14:paraId="6AAF7ED7" w14:textId="77777777" w:rsidTr="003E4DCD">
        <w:trPr>
          <w:trHeight w:val="363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79596B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84400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57D95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241D725B" w14:textId="77777777" w:rsidTr="003E4DCD">
        <w:trPr>
          <w:trHeight w:val="380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A1E368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9DFCCE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80D28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04DB20E1" w14:textId="77777777" w:rsidTr="003E4DCD">
        <w:trPr>
          <w:trHeight w:val="363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B8C7BA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D2DF06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C2A259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0C1E396E" w14:textId="77777777" w:rsidTr="003E4DCD">
        <w:trPr>
          <w:trHeight w:val="380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890478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7D5A4A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FDBBE5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7FA146D6" w14:textId="77777777" w:rsidTr="003E4DCD">
        <w:trPr>
          <w:trHeight w:val="363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8DE063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E63558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942B7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460A6AA3" w14:textId="77777777" w:rsidTr="003E4DCD">
        <w:trPr>
          <w:trHeight w:val="380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277035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0893D2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1BAEB6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4DE2408F" w14:textId="77777777" w:rsidTr="003E4DCD">
        <w:trPr>
          <w:trHeight w:val="380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A9C5FC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1D150F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BDC95A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04692BA8" w14:textId="77777777" w:rsidTr="003E4DCD">
        <w:trPr>
          <w:trHeight w:val="363"/>
          <w:jc w:val="center"/>
        </w:trPr>
        <w:tc>
          <w:tcPr>
            <w:tcW w:w="13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D396FF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54A7CC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  <w:tc>
          <w:tcPr>
            <w:tcW w:w="767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B6445A" w14:textId="77777777" w:rsidR="006F3020" w:rsidRPr="009A6C0F" w:rsidRDefault="00EF08FF" w:rsidP="009A6C0F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color w:val="666666"/>
                <w:sz w:val="22"/>
                <w:szCs w:val="24"/>
              </w:rPr>
              <w:t>以　上</w:t>
            </w:r>
          </w:p>
        </w:tc>
      </w:tr>
    </w:tbl>
    <w:p w14:paraId="51BC825A" w14:textId="77777777" w:rsidR="006F3020" w:rsidRPr="009A6C0F" w:rsidRDefault="00EF08FF" w:rsidP="009A6C0F">
      <w:pPr>
        <w:spacing w:after="0"/>
        <w:rPr>
          <w:rFonts w:ascii="BIZ UDゴシック" w:eastAsia="BIZ UDゴシック" w:hAnsi="BIZ UDゴシック"/>
          <w:sz w:val="22"/>
          <w:szCs w:val="24"/>
        </w:rPr>
      </w:pPr>
      <w:r w:rsidRPr="009A6C0F">
        <w:rPr>
          <w:rFonts w:ascii="BIZ UDゴシック" w:eastAsia="BIZ UDゴシック" w:hAnsi="BIZ UDゴシック"/>
          <w:sz w:val="22"/>
          <w:szCs w:val="24"/>
        </w:rPr>
        <w:br w:type="page"/>
      </w:r>
    </w:p>
    <w:p w14:paraId="47E1AAFC" w14:textId="77777777" w:rsidR="006F3020" w:rsidRPr="009A6C0F" w:rsidRDefault="00EF08FF" w:rsidP="009A6C0F">
      <w:pPr>
        <w:spacing w:after="0"/>
        <w:rPr>
          <w:rFonts w:ascii="BIZ UDゴシック" w:eastAsia="BIZ UDゴシック" w:hAnsi="BIZ UDゴシック"/>
          <w:sz w:val="22"/>
          <w:szCs w:val="24"/>
        </w:rPr>
      </w:pPr>
      <w:r w:rsidRPr="009A6C0F">
        <w:rPr>
          <w:rFonts w:ascii="BIZ UDゴシック" w:eastAsia="BIZ UDゴシック" w:hAnsi="BIZ UDゴシック"/>
          <w:b/>
          <w:sz w:val="24"/>
          <w:szCs w:val="24"/>
        </w:rPr>
        <w:lastRenderedPageBreak/>
        <w:t xml:space="preserve">■ </w:t>
      </w:r>
      <w:r w:rsidRPr="009A6C0F">
        <w:rPr>
          <w:rFonts w:ascii="BIZ UDゴシック" w:eastAsia="BIZ UDゴシック" w:hAnsi="BIZ UDゴシック"/>
          <w:b/>
          <w:sz w:val="24"/>
          <w:szCs w:val="24"/>
        </w:rPr>
        <w:t>免許・資格・スキル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864"/>
        <w:gridCol w:w="7733"/>
      </w:tblGrid>
      <w:tr w:rsidR="006F3020" w:rsidRPr="009A6C0F" w14:paraId="620B66CD" w14:textId="77777777">
        <w:trPr>
          <w:jc w:val="center"/>
        </w:trPr>
        <w:tc>
          <w:tcPr>
            <w:tcW w:w="11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6EC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695BCA" w14:textId="77777777" w:rsidR="006F3020" w:rsidRPr="009A6C0F" w:rsidRDefault="00EF08FF" w:rsidP="009A6C0F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年</w:t>
            </w:r>
          </w:p>
        </w:tc>
        <w:tc>
          <w:tcPr>
            <w:tcW w:w="8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6EC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F330D8" w14:textId="77777777" w:rsidR="006F3020" w:rsidRPr="009A6C0F" w:rsidRDefault="00EF08FF" w:rsidP="009A6C0F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月</w:t>
            </w:r>
          </w:p>
        </w:tc>
        <w:tc>
          <w:tcPr>
            <w:tcW w:w="773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6ECE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A5ADDB" w14:textId="77777777" w:rsidR="006F3020" w:rsidRPr="009A6C0F" w:rsidRDefault="00EF08FF" w:rsidP="009A6C0F">
            <w:pPr>
              <w:spacing w:after="0"/>
              <w:jc w:val="center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>面　許　・　資　格　名　称</w:t>
            </w:r>
          </w:p>
        </w:tc>
      </w:tr>
      <w:tr w:rsidR="006F3020" w:rsidRPr="009A6C0F" w14:paraId="6394214B" w14:textId="77777777">
        <w:trPr>
          <w:jc w:val="center"/>
        </w:trPr>
        <w:tc>
          <w:tcPr>
            <w:tcW w:w="11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73A1CF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  <w:tc>
          <w:tcPr>
            <w:tcW w:w="8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136C25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  <w:tc>
          <w:tcPr>
            <w:tcW w:w="773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28C181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</w:tr>
      <w:tr w:rsidR="006F3020" w:rsidRPr="009A6C0F" w14:paraId="1FBF5DCD" w14:textId="77777777">
        <w:trPr>
          <w:jc w:val="center"/>
        </w:trPr>
        <w:tc>
          <w:tcPr>
            <w:tcW w:w="11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E1343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  <w:tc>
          <w:tcPr>
            <w:tcW w:w="8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C5C316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  <w:tc>
          <w:tcPr>
            <w:tcW w:w="773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DA035A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</w:tr>
      <w:tr w:rsidR="006F3020" w:rsidRPr="009A6C0F" w14:paraId="6E5E2F0E" w14:textId="77777777">
        <w:trPr>
          <w:jc w:val="center"/>
        </w:trPr>
        <w:tc>
          <w:tcPr>
            <w:tcW w:w="11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7E4D9A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  <w:tc>
          <w:tcPr>
            <w:tcW w:w="8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3D568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  <w:tc>
          <w:tcPr>
            <w:tcW w:w="773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CE9CB3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</w:tr>
      <w:tr w:rsidR="006F3020" w:rsidRPr="009A6C0F" w14:paraId="45FE2484" w14:textId="77777777">
        <w:trPr>
          <w:jc w:val="center"/>
        </w:trPr>
        <w:tc>
          <w:tcPr>
            <w:tcW w:w="115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0167D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  <w:tc>
          <w:tcPr>
            <w:tcW w:w="86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AB8144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  <w:tc>
          <w:tcPr>
            <w:tcW w:w="773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8AEEF6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</w:p>
        </w:tc>
      </w:tr>
    </w:tbl>
    <w:p w14:paraId="41CBAAEE" w14:textId="77777777" w:rsidR="006F3020" w:rsidRPr="009A6C0F" w:rsidRDefault="006F3020" w:rsidP="009A6C0F">
      <w:pPr>
        <w:spacing w:after="0"/>
        <w:rPr>
          <w:rFonts w:ascii="BIZ UDゴシック" w:eastAsia="BIZ UDゴシック" w:hAnsi="BIZ UDゴシック"/>
          <w:sz w:val="22"/>
          <w:szCs w:val="24"/>
          <w:lang w:eastAsia="ja-JP"/>
        </w:rPr>
      </w:pPr>
    </w:p>
    <w:p w14:paraId="3D69312C" w14:textId="77777777" w:rsidR="006F3020" w:rsidRPr="009A6C0F" w:rsidRDefault="00EF08FF" w:rsidP="009A6C0F">
      <w:pPr>
        <w:spacing w:after="0"/>
        <w:rPr>
          <w:rFonts w:ascii="BIZ UDゴシック" w:eastAsia="BIZ UDゴシック" w:hAnsi="BIZ UDゴシック"/>
          <w:sz w:val="22"/>
          <w:szCs w:val="24"/>
          <w:lang w:eastAsia="ja-JP"/>
        </w:rPr>
      </w:pPr>
      <w:r w:rsidRPr="009A6C0F">
        <w:rPr>
          <w:rFonts w:ascii="BIZ UDゴシック" w:eastAsia="BIZ UDゴシック" w:hAnsi="BIZ UDゴシック"/>
          <w:b/>
          <w:szCs w:val="24"/>
          <w:lang w:eastAsia="ja-JP"/>
        </w:rPr>
        <w:t>【</w:t>
      </w:r>
      <w:r w:rsidRPr="009A6C0F">
        <w:rPr>
          <w:rFonts w:ascii="BIZ UDゴシック" w:eastAsia="BIZ UDゴシック" w:hAnsi="BIZ UDゴシック"/>
          <w:b/>
          <w:szCs w:val="24"/>
          <w:lang w:eastAsia="ja-JP"/>
        </w:rPr>
        <w:t>PC</w:t>
      </w:r>
      <w:r w:rsidRPr="009A6C0F">
        <w:rPr>
          <w:rFonts w:ascii="BIZ UDゴシック" w:eastAsia="BIZ UDゴシック" w:hAnsi="BIZ UDゴシック"/>
          <w:b/>
          <w:szCs w:val="24"/>
          <w:lang w:eastAsia="ja-JP"/>
        </w:rPr>
        <w:t>技能・活用可能スキル・経験】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49"/>
      </w:tblGrid>
      <w:tr w:rsidR="006F3020" w:rsidRPr="009A6C0F" w14:paraId="4145F32A" w14:textId="77777777">
        <w:trPr>
          <w:jc w:val="center"/>
        </w:trPr>
        <w:tc>
          <w:tcPr>
            <w:tcW w:w="974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902E1E" w14:textId="77777777" w:rsidR="006F3020" w:rsidRPr="009A6C0F" w:rsidRDefault="00EF08FF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□ </w:t>
            </w:r>
            <w:proofErr w:type="spellStart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Word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（文書作成・表組</w:t>
            </w:r>
            <w:proofErr w:type="spellEnd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）　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□ </w:t>
            </w:r>
            <w:proofErr w:type="spellStart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Excel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（データ集計・関数</w:t>
            </w:r>
            <w:proofErr w:type="spellEnd"/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）　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□ PowerPoint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（資料作成・プレゼン）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br/>
              <w:t>□ SNS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運用（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 Instagram / note / Facebook / X / TikTok 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など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 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）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br/>
              <w:t xml:space="preserve">□ 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デザイン・動画編集（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 Canva / Illustrator / Photoshop / Premiere Pro 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等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 xml:space="preserve"> 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）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br/>
              <w:t xml:space="preserve">□ 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</w:rPr>
              <w:t>その他（人材コーディネート、イベント企画、コミュニティ運営、営業等：　　　　　　　　　　）</w:t>
            </w:r>
          </w:p>
        </w:tc>
      </w:tr>
      <w:tr w:rsidR="006F3020" w:rsidRPr="009A6C0F" w14:paraId="79827080" w14:textId="77777777">
        <w:trPr>
          <w:jc w:val="center"/>
        </w:trPr>
        <w:tc>
          <w:tcPr>
            <w:tcW w:w="974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8E69ED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6F3020" w:rsidRPr="009A6C0F" w14:paraId="015ECA36" w14:textId="77777777">
        <w:trPr>
          <w:jc w:val="center"/>
        </w:trPr>
        <w:tc>
          <w:tcPr>
            <w:tcW w:w="974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2E2AD" w14:textId="77777777" w:rsidR="006F3020" w:rsidRPr="009A6C0F" w:rsidRDefault="006F3020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</w:tbl>
    <w:p w14:paraId="2C803869" w14:textId="77777777" w:rsidR="006F3020" w:rsidRPr="009A6C0F" w:rsidRDefault="006F3020" w:rsidP="009A6C0F">
      <w:pPr>
        <w:spacing w:after="0"/>
        <w:rPr>
          <w:rFonts w:ascii="BIZ UDゴシック" w:eastAsia="BIZ UDゴシック" w:hAnsi="BIZ UDゴシック"/>
          <w:sz w:val="22"/>
          <w:szCs w:val="24"/>
        </w:rPr>
      </w:pPr>
    </w:p>
    <w:p w14:paraId="4E00CFDD" w14:textId="77777777" w:rsidR="006F3020" w:rsidRPr="009A6C0F" w:rsidRDefault="00EF08FF" w:rsidP="009A6C0F">
      <w:pPr>
        <w:spacing w:after="0"/>
        <w:rPr>
          <w:rFonts w:ascii="BIZ UDゴシック" w:eastAsia="BIZ UDゴシック" w:hAnsi="BIZ UDゴシック"/>
          <w:sz w:val="22"/>
          <w:szCs w:val="24"/>
          <w:lang w:eastAsia="ja-JP"/>
        </w:rPr>
      </w:pPr>
      <w:r w:rsidRPr="009A6C0F">
        <w:rPr>
          <w:rFonts w:ascii="BIZ UDゴシック" w:eastAsia="BIZ UDゴシック" w:hAnsi="BIZ UDゴシック"/>
          <w:b/>
          <w:sz w:val="24"/>
          <w:szCs w:val="24"/>
          <w:lang w:eastAsia="ja-JP"/>
        </w:rPr>
        <w:t xml:space="preserve">■ </w:t>
      </w:r>
      <w:r w:rsidRPr="009A6C0F">
        <w:rPr>
          <w:rFonts w:ascii="BIZ UDゴシック" w:eastAsia="BIZ UDゴシック" w:hAnsi="BIZ UDゴシック"/>
          <w:b/>
          <w:sz w:val="24"/>
          <w:szCs w:val="24"/>
          <w:lang w:eastAsia="ja-JP"/>
        </w:rPr>
        <w:t>志望動機・自己</w:t>
      </w:r>
      <w:r w:rsidRPr="009A6C0F">
        <w:rPr>
          <w:rFonts w:ascii="BIZ UDゴシック" w:eastAsia="BIZ UDゴシック" w:hAnsi="BIZ UDゴシック"/>
          <w:b/>
          <w:sz w:val="24"/>
          <w:szCs w:val="24"/>
          <w:lang w:eastAsia="ja-JP"/>
        </w:rPr>
        <w:t>PR</w:t>
      </w:r>
      <w:r w:rsidRPr="009A6C0F">
        <w:rPr>
          <w:rFonts w:ascii="BIZ UDゴシック" w:eastAsia="BIZ UDゴシック" w:hAnsi="BIZ UDゴシック"/>
          <w:b/>
          <w:sz w:val="24"/>
          <w:szCs w:val="24"/>
          <w:lang w:eastAsia="ja-JP"/>
        </w:rPr>
        <w:t>・白川町で取り組みたいこと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14"/>
      </w:tblGrid>
      <w:tr w:rsidR="006F3020" w:rsidRPr="009A6C0F" w14:paraId="7E33DE4A" w14:textId="77777777" w:rsidTr="003E4DCD">
        <w:trPr>
          <w:trHeight w:val="1321"/>
          <w:jc w:val="center"/>
        </w:trPr>
        <w:tc>
          <w:tcPr>
            <w:tcW w:w="9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332DB6" w14:textId="77777777" w:rsidR="006F3020" w:rsidRPr="009A6C0F" w:rsidRDefault="00EF08FF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  <w:r w:rsidRPr="009A6C0F">
              <w:rPr>
                <w:rFonts w:ascii="BIZ UDゴシック" w:eastAsia="BIZ UDゴシック" w:hAnsi="BIZ UDゴシック"/>
                <w:b/>
                <w:sz w:val="20"/>
                <w:szCs w:val="24"/>
                <w:lang w:eastAsia="ja-JP"/>
              </w:rPr>
              <w:t>【</w:t>
            </w:r>
            <w:r w:rsidRPr="009A6C0F">
              <w:rPr>
                <w:rFonts w:ascii="BIZ UDゴシック" w:eastAsia="BIZ UDゴシック" w:hAnsi="BIZ UDゴシック"/>
                <w:b/>
                <w:sz w:val="20"/>
                <w:szCs w:val="24"/>
                <w:lang w:eastAsia="ja-JP"/>
              </w:rPr>
              <w:t xml:space="preserve">1. </w:t>
            </w:r>
            <w:r w:rsidRPr="009A6C0F">
              <w:rPr>
                <w:rFonts w:ascii="BIZ UDゴシック" w:eastAsia="BIZ UDゴシック" w:hAnsi="BIZ UDゴシック"/>
                <w:b/>
                <w:sz w:val="20"/>
                <w:szCs w:val="24"/>
                <w:lang w:eastAsia="ja-JP"/>
              </w:rPr>
              <w:t>白川町地域おこし協力隊（白川ワークドット協同組合）に応募した動機・きっかけ】</w:t>
            </w:r>
          </w:p>
          <w:p w14:paraId="166D67CD" w14:textId="648494CD" w:rsidR="006F3020" w:rsidRPr="00EF08FF" w:rsidRDefault="00EF08FF" w:rsidP="00EF08FF">
            <w:pPr>
              <w:spacing w:before="80" w:after="0"/>
              <w:jc w:val="center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  <w:lang w:eastAsia="ja-JP"/>
              </w:rPr>
              <w:t>※別紙可能</w:t>
            </w:r>
          </w:p>
        </w:tc>
      </w:tr>
      <w:tr w:rsidR="006F3020" w:rsidRPr="009A6C0F" w14:paraId="1E9DFA38" w14:textId="77777777" w:rsidTr="003E4DCD">
        <w:trPr>
          <w:trHeight w:val="1294"/>
          <w:jc w:val="center"/>
        </w:trPr>
        <w:tc>
          <w:tcPr>
            <w:tcW w:w="9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E3AD47" w14:textId="77777777" w:rsidR="006F3020" w:rsidRPr="009A6C0F" w:rsidRDefault="00EF08FF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  <w:r w:rsidRPr="009A6C0F">
              <w:rPr>
                <w:rFonts w:ascii="BIZ UDゴシック" w:eastAsia="BIZ UDゴシック" w:hAnsi="BIZ UDゴシック"/>
                <w:b/>
                <w:sz w:val="20"/>
                <w:szCs w:val="24"/>
                <w:lang w:eastAsia="ja-JP"/>
              </w:rPr>
              <w:t>【</w:t>
            </w:r>
            <w:r w:rsidRPr="009A6C0F">
              <w:rPr>
                <w:rFonts w:ascii="BIZ UDゴシック" w:eastAsia="BIZ UDゴシック" w:hAnsi="BIZ UDゴシック"/>
                <w:b/>
                <w:sz w:val="20"/>
                <w:szCs w:val="24"/>
                <w:lang w:eastAsia="ja-JP"/>
              </w:rPr>
              <w:t xml:space="preserve">2. </w:t>
            </w:r>
            <w:r w:rsidRPr="009A6C0F">
              <w:rPr>
                <w:rFonts w:ascii="BIZ UDゴシック" w:eastAsia="BIZ UDゴシック" w:hAnsi="BIZ UDゴシック"/>
                <w:b/>
                <w:sz w:val="20"/>
                <w:szCs w:val="24"/>
                <w:lang w:eastAsia="ja-JP"/>
              </w:rPr>
              <w:t>これまでの職務経験・スキルおよび地域で活かせるご自身の強み】</w:t>
            </w:r>
          </w:p>
          <w:p w14:paraId="077B41F5" w14:textId="7CD7E732" w:rsidR="006F3020" w:rsidRPr="009A6C0F" w:rsidRDefault="00EF08FF" w:rsidP="00EF08FF">
            <w:pPr>
              <w:spacing w:before="80" w:after="0"/>
              <w:jc w:val="center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  <w:lang w:eastAsia="ja-JP"/>
              </w:rPr>
              <w:t>※別紙可能</w:t>
            </w:r>
          </w:p>
        </w:tc>
      </w:tr>
      <w:tr w:rsidR="006F3020" w:rsidRPr="009A6C0F" w14:paraId="0BB9051E" w14:textId="77777777" w:rsidTr="003E4DCD">
        <w:trPr>
          <w:trHeight w:val="1294"/>
          <w:jc w:val="center"/>
        </w:trPr>
        <w:tc>
          <w:tcPr>
            <w:tcW w:w="9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5023F" w14:textId="77777777" w:rsidR="006F3020" w:rsidRPr="009A6C0F" w:rsidRDefault="00EF08FF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  <w:r w:rsidRPr="009A6C0F">
              <w:rPr>
                <w:rFonts w:ascii="BIZ UDゴシック" w:eastAsia="BIZ UDゴシック" w:hAnsi="BIZ UDゴシック"/>
                <w:b/>
                <w:sz w:val="20"/>
                <w:szCs w:val="24"/>
                <w:lang w:eastAsia="ja-JP"/>
              </w:rPr>
              <w:t>【</w:t>
            </w:r>
            <w:r w:rsidRPr="009A6C0F">
              <w:rPr>
                <w:rFonts w:ascii="BIZ UDゴシック" w:eastAsia="BIZ UDゴシック" w:hAnsi="BIZ UDゴシック"/>
                <w:b/>
                <w:sz w:val="20"/>
                <w:szCs w:val="24"/>
                <w:lang w:eastAsia="ja-JP"/>
              </w:rPr>
              <w:t xml:space="preserve">3. </w:t>
            </w:r>
            <w:r w:rsidRPr="009A6C0F">
              <w:rPr>
                <w:rFonts w:ascii="BIZ UDゴシック" w:eastAsia="BIZ UDゴシック" w:hAnsi="BIZ UDゴシック"/>
                <w:b/>
                <w:sz w:val="20"/>
                <w:szCs w:val="24"/>
                <w:lang w:eastAsia="ja-JP"/>
              </w:rPr>
              <w:t>白川町で取り組みたい活動・チャレンジしたいテーマ（人材育成・共創・地域連携など）】</w:t>
            </w:r>
          </w:p>
          <w:p w14:paraId="488404CD" w14:textId="131FF906" w:rsidR="006F3020" w:rsidRPr="009A6C0F" w:rsidRDefault="00EF08FF" w:rsidP="00EF08FF">
            <w:pPr>
              <w:spacing w:before="80" w:after="0"/>
              <w:jc w:val="center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4"/>
                <w:lang w:eastAsia="ja-JP"/>
              </w:rPr>
              <w:t>※別紙可能</w:t>
            </w:r>
          </w:p>
        </w:tc>
      </w:tr>
    </w:tbl>
    <w:p w14:paraId="5405FECD" w14:textId="77777777" w:rsidR="006F3020" w:rsidRPr="009A6C0F" w:rsidRDefault="006F3020" w:rsidP="009A6C0F">
      <w:pPr>
        <w:spacing w:after="0"/>
        <w:rPr>
          <w:rFonts w:ascii="BIZ UDゴシック" w:eastAsia="BIZ UDゴシック" w:hAnsi="BIZ UDゴシック"/>
          <w:sz w:val="22"/>
          <w:szCs w:val="24"/>
          <w:lang w:eastAsia="ja-JP"/>
        </w:rPr>
      </w:pPr>
    </w:p>
    <w:p w14:paraId="050CF371" w14:textId="77777777" w:rsidR="006F3020" w:rsidRPr="009A6C0F" w:rsidRDefault="00EF08FF" w:rsidP="009A6C0F">
      <w:pPr>
        <w:spacing w:after="0"/>
        <w:rPr>
          <w:rFonts w:ascii="BIZ UDゴシック" w:eastAsia="BIZ UDゴシック" w:hAnsi="BIZ UDゴシック"/>
          <w:sz w:val="22"/>
          <w:szCs w:val="24"/>
        </w:rPr>
      </w:pPr>
      <w:r w:rsidRPr="009A6C0F">
        <w:rPr>
          <w:rFonts w:ascii="BIZ UDゴシック" w:eastAsia="BIZ UDゴシック" w:hAnsi="BIZ UDゴシック"/>
          <w:b/>
          <w:sz w:val="24"/>
          <w:szCs w:val="24"/>
        </w:rPr>
        <w:t xml:space="preserve">■ </w:t>
      </w:r>
      <w:proofErr w:type="spellStart"/>
      <w:r w:rsidRPr="009A6C0F">
        <w:rPr>
          <w:rFonts w:ascii="BIZ UDゴシック" w:eastAsia="BIZ UDゴシック" w:hAnsi="BIZ UDゴシック"/>
          <w:b/>
          <w:sz w:val="24"/>
          <w:szCs w:val="24"/>
        </w:rPr>
        <w:t>希望条件・特記事項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49"/>
      </w:tblGrid>
      <w:tr w:rsidR="006F3020" w:rsidRPr="009A6C0F" w14:paraId="2C455E91" w14:textId="77777777">
        <w:trPr>
          <w:jc w:val="center"/>
        </w:trPr>
        <w:tc>
          <w:tcPr>
            <w:tcW w:w="974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E3D7EB" w14:textId="77777777" w:rsidR="006F3020" w:rsidRPr="009A6C0F" w:rsidRDefault="00EF08FF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  <w:r w:rsidRPr="009A6C0F">
              <w:rPr>
                <w:rFonts w:ascii="BIZ UDゴシック" w:eastAsia="BIZ UDゴシック" w:hAnsi="BIZ UDゴシック"/>
                <w:b/>
                <w:sz w:val="20"/>
                <w:szCs w:val="24"/>
                <w:lang w:eastAsia="ja-JP"/>
              </w:rPr>
              <w:t>【着任可能時期および面接・本人希望記入欄】</w:t>
            </w:r>
            <w:r w:rsidRPr="009A6C0F">
              <w:rPr>
                <w:rFonts w:ascii="BIZ UDゴシック" w:eastAsia="BIZ UDゴシック" w:hAnsi="BIZ UDゴシック"/>
                <w:b/>
                <w:sz w:val="20"/>
                <w:szCs w:val="24"/>
                <w:lang w:eastAsia="ja-JP"/>
              </w:rPr>
              <w:br/>
            </w:r>
          </w:p>
          <w:p w14:paraId="2BDF301C" w14:textId="77777777" w:rsidR="006F3020" w:rsidRPr="009A6C0F" w:rsidRDefault="00EF08FF" w:rsidP="009A6C0F">
            <w:pPr>
              <w:spacing w:after="0"/>
              <w:rPr>
                <w:rFonts w:ascii="BIZ UDゴシック" w:eastAsia="BIZ UDゴシック" w:hAnsi="BIZ UDゴシック"/>
                <w:sz w:val="22"/>
                <w:szCs w:val="24"/>
                <w:lang w:eastAsia="ja-JP"/>
              </w:rPr>
            </w:pP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 xml:space="preserve">■ 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>希望着任時期：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 xml:space="preserve"> □ 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>令和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>8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>年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>12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>月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>1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 xml:space="preserve">日より可能　　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 xml:space="preserve">□ 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>その他（令和　年　月　日頃より可能）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br/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br/>
              <w:t xml:space="preserve">■ 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t>本人希望・連絡事項（面接希望日時・住居に関するご相談・その他事前に伝えておきたいこと等）：</w:t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br/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br/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br/>
            </w:r>
            <w:r w:rsidRPr="009A6C0F">
              <w:rPr>
                <w:rFonts w:ascii="BIZ UDゴシック" w:eastAsia="BIZ UDゴシック" w:hAnsi="BIZ UDゴシック"/>
                <w:sz w:val="20"/>
                <w:szCs w:val="24"/>
                <w:lang w:eastAsia="ja-JP"/>
              </w:rPr>
              <w:br/>
            </w:r>
          </w:p>
        </w:tc>
      </w:tr>
    </w:tbl>
    <w:p w14:paraId="7C49A395" w14:textId="77777777" w:rsidR="00EF08FF" w:rsidRPr="009A6C0F" w:rsidRDefault="00EF08FF" w:rsidP="009A6C0F">
      <w:pPr>
        <w:spacing w:after="0"/>
        <w:rPr>
          <w:rFonts w:ascii="BIZ UDゴシック" w:eastAsia="BIZ UDゴシック" w:hAnsi="BIZ UDゴシック"/>
          <w:sz w:val="22"/>
          <w:szCs w:val="24"/>
          <w:lang w:eastAsia="ja-JP"/>
        </w:rPr>
      </w:pPr>
    </w:p>
    <w:sectPr w:rsidR="00000000" w:rsidRPr="009A6C0F" w:rsidSect="00034616">
      <w:pgSz w:w="11909" w:h="16834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5998937">
    <w:abstractNumId w:val="8"/>
  </w:num>
  <w:num w:numId="2" w16cid:durableId="878126940">
    <w:abstractNumId w:val="6"/>
  </w:num>
  <w:num w:numId="3" w16cid:durableId="1244218813">
    <w:abstractNumId w:val="5"/>
  </w:num>
  <w:num w:numId="4" w16cid:durableId="101264648">
    <w:abstractNumId w:val="4"/>
  </w:num>
  <w:num w:numId="5" w16cid:durableId="1537617299">
    <w:abstractNumId w:val="7"/>
  </w:num>
  <w:num w:numId="6" w16cid:durableId="166291233">
    <w:abstractNumId w:val="3"/>
  </w:num>
  <w:num w:numId="7" w16cid:durableId="711461873">
    <w:abstractNumId w:val="2"/>
  </w:num>
  <w:num w:numId="8" w16cid:durableId="1977687197">
    <w:abstractNumId w:val="1"/>
  </w:num>
  <w:num w:numId="9" w16cid:durableId="1102997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27CC"/>
    <w:rsid w:val="0029639D"/>
    <w:rsid w:val="00326F90"/>
    <w:rsid w:val="003E4DCD"/>
    <w:rsid w:val="006F3020"/>
    <w:rsid w:val="009A6C0F"/>
    <w:rsid w:val="00AA1D8D"/>
    <w:rsid w:val="00B47730"/>
    <w:rsid w:val="00CB0664"/>
    <w:rsid w:val="00EF08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E92221"/>
  <w14:defaultImageDpi w14:val="300"/>
  <w15:docId w15:val="{D7CB39B4-C2B9-4369-BCCE-475E920E4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hAnsi="ＭＳ 明朝"/>
      <w:color w:val="333333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鈴村 元秀</cp:lastModifiedBy>
  <cp:revision>4</cp:revision>
  <dcterms:created xsi:type="dcterms:W3CDTF">2013-12-23T23:15:00Z</dcterms:created>
  <dcterms:modified xsi:type="dcterms:W3CDTF">2026-10-02T03:33:00Z</dcterms:modified>
  <cp:category/>
</cp:coreProperties>
</file>